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2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ИНФОРМИРОВАННОЕ СОГЛАСИЕ</w:t>
      </w:r>
    </w:p>
    <w:p>
      <w:pPr>
        <w:keepNext/>
        <w:spacing w:before="0" w:after="4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обучающегося, достигшего 15 лет, на участие в социально-психологическом тестировании и обработку его результатов</w:t>
      </w:r>
    </w:p>
    <w:p>
      <w:pPr>
        <w:keepNext w:val="0"/>
        <w:spacing w:after="160" w:before="0" w:line="240" w:lineRule="auto"/>
        <w:jc w:val="center"/>
      </w:pPr>
      <w:r>
        <w:rPr>
          <w:rFonts w:ascii="Times New Roman" w:hAnsi="Times New Roman" w:cs="Times New Roman" w:eastAsia="Times New Roman"/>
          <w:b w:val="0"/>
          <w:i/>
          <w:sz w:val="24"/>
        </w:rPr>
        <w:t>Заполняется дополнительно к согласию законного представителя.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Я, ______________________________________________________________ (ФИО полностью),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дата рождения «____» __________ ______ г., обучающийся (обучающаяся) ______ класса [наименование образовательной организации],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адрес места жительства: ____________________________________________________________,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паспорт: серия ______ № ____________, выдан _______________________________________ «____» __________ ______ г.,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1. Подтверждаю, что проинформирован(а)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о том, что социально-психологическое тестирование (СПТ) проводится в порядке, установленном приказом Минпросвещения России от 20.02.2020 № 59, в целях раннего выявления незаконного потребления наркотических средств и психотропных веществ (статья 53.4 Федерального закона от 08.01.1998 № 3-ФЗ «О наркотических средствах и психотропных веществах») и выявления факторов риска и факторов защиты, влияющих на моё благополучие; участие в СПТ добровольное; я вправе отказаться от участия или прекратить его в любой момент без каких-либо последствий для меня; результаты СПТ конфиденциальны, не являются медицинским диагнозом и не могут использоваться для оценки успеваемости или применения ко мне мер дисциплинарного характера.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2. Даю согласие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на участие в социально-психологическом тестировании.</w:t>
      </w:r>
    </w:p>
    <w:p>
      <w:pPr>
        <w:keepNext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3. Даю согласие на обработку результатов СПТ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в веб-кабинете педагога-психолога «Нестика» (nestika.ru) в целях разбора итогов СПТ и моего психолого-педагогического сопровождения, в одном из режимов (нужное отметить):</w:t>
      </w:r>
    </w:p>
    <w:p>
      <w:pPr>
        <w:keepNext/>
        <w:spacing w:after="100" w:before="4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 xml:space="preserve">☐ </w:t>
      </w:r>
      <w:r>
        <w:rPr>
          <w:rFonts w:ascii="Times New Roman" w:hAnsi="Times New Roman" w:cs="Times New Roman" w:eastAsia="Times New Roman"/>
          <w:b/>
          <w:sz w:val="24"/>
        </w:rPr>
        <w:t>по коду участника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— в кабинет вносятся только код участника, класс и результаты; фамилия, имя, отчество, дата рождения и иные сведения, позволяющие меня установить, в сервис не передаются; ключ соответствия «код — обучающийся» хранится в Школе и лицу, указанному в п. 5, не сообщается;</w:t>
      </w:r>
    </w:p>
    <w:p>
      <w:pPr>
        <w:keepNext w:val="0"/>
        <w:spacing w:after="100" w:before="4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 xml:space="preserve">☐ </w:t>
      </w:r>
      <w:r>
        <w:rPr>
          <w:rFonts w:ascii="Times New Roman" w:hAnsi="Times New Roman" w:cs="Times New Roman" w:eastAsia="Times New Roman"/>
          <w:b/>
          <w:sz w:val="24"/>
        </w:rPr>
        <w:t>с указанием фамилии, имени, отчества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— результаты вносятся в кабинет вместе с моими фамилией, именем, отчеством, датой рождения и классом; в этом случае настоящее согласие дополняет письменное согласие моего законного представителя на обработку персональных данных и действует вместе с ним.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4. Оператор персональных данных: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[полное наименование образовательной организации], адрес: [адрес образовательной организации] (далее — Школа).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5. Лицо, осуществляющее обработку по поручению Оператора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(ч. 3 ст. 6 Федерального закона от 27.07.2006 № 152-ФЗ «О персональных данных», далее — 152-ФЗ): ООО «Региональные информационные системы» (ООО «Регис»), ИНН 2463119857, ОГРН 1202400000043, адрес: 660036, г. Красноярск, Академгородок, 23-158, e-mail: sales@reg-is.ru.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6. Перечень обрабатываемых данных: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код участника СПТ; класс; результаты СПТ (показатели факторов риска и факторов защиты); при выборе режима с указанием фамилии, имени, отчества — также фамилия, имя, отчество и дата рождения. Результаты СПТ в связке с моей личностью относятся к сведениям о состоянии здоровья в смысле ст. 10 152-ФЗ (не являясь медицинским диагнозом), и я осознанно даю согласие на их обработку.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7. Действия с данными и условия обработки: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сбор, запись, систематизация, накопление, хранение, уточнение, извлечение, использование, обезличивание, блокирование, удаление, уничтожение; обработка автоматизированная (в кабинете «Нестика») и без использования средств автоматизации. Данные хранятся на территории Российской Федерации (ч. 5 ст. 18 152-ФЗ); трансграничная передача не осуществляется; третьим лицам, кроме лица, указанного в п. 5, данные не передаются, за исключением случаев, прямо предусмотренных федеральным законом.</w:t>
      </w:r>
    </w:p>
    <w:p>
      <w:pPr>
        <w:keepNext w:val="0"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8. Кто видит результаты: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педагог-психолог Школы — результаты полностью; классный руководитель — только рекомендации по классу без моих результатов; директор Школы — планы и отчёты педагога-психолога; вышестоящие органы — только итоговый обобщённый отчёт без указания участников.</w:t>
      </w:r>
    </w:p>
    <w:p>
      <w:pPr>
        <w:keepNext/>
        <w:spacing w:after="40" w:before="0" w:line="240" w:lineRule="auto"/>
        <w:jc w:val="both"/>
      </w:pPr>
      <w:r>
        <w:rPr>
          <w:rFonts w:ascii="Times New Roman" w:hAnsi="Times New Roman" w:cs="Times New Roman" w:eastAsia="Times New Roman"/>
          <w:b/>
          <w:sz w:val="24"/>
        </w:rPr>
        <w:t>9. Срок действия и отзыв.</w:t>
      </w:r>
      <w:r>
        <w:rPr>
          <w:rFonts w:ascii="Times New Roman" w:hAnsi="Times New Roman" w:cs="Times New Roman" w:eastAsia="Times New Roman"/>
          <w:b w:val="0"/>
          <w:sz w:val="24"/>
        </w:rPr>
        <w:t xml:space="preserve"> Согласие действует на период моего обучения и психолого-педагогического сопровождения в Школе либо до его отзыва. Отозвать согласие я могу в любое время письменным заявлением на имя руководителя Школы. После отзыва обработка моих результатов в кабинете «Нестика» прекращается, а данные уничтожаются в срок не более 30 дней с даты получения отзыва (ч. 5 ст. 21 152-ФЗ); обработка, проведённая до отзыва, остаётся законной.</w:t>
      </w:r>
    </w:p>
    <w:p>
      <w:pPr>
        <w:keepNext w:val="0"/>
        <w:spacing w:after="120" w:before="12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«____» __________ 20____ г.        Подпись обучающегося: ________________ / _________________________ (расшифровка)</w:t>
      </w:r>
    </w:p>
    <w:p>
      <w:pPr>
        <w:keepNext w:val="0"/>
        <w:spacing w:after="40" w:before="0" w:line="240" w:lineRule="auto"/>
        <w:jc w:val="left"/>
      </w:pPr>
      <w:r>
        <w:rPr>
          <w:rFonts w:ascii="Times New Roman" w:hAnsi="Times New Roman" w:cs="Times New Roman" w:eastAsia="Times New Roman"/>
          <w:b w:val="0"/>
          <w:sz w:val="24"/>
        </w:rPr>
        <w:t>С согласием ознакомлен(а) законный представитель (рекомендуется): ________________ / _________________________ (расшифровка)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567" w:left="102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cs="Times New Roman" w:eastAsia="Times New Roman"/>
        <w:sz w:val="18"/>
      </w:rPr>
      <w:t xml:space="preserve">Лист </w:t>
    </w:r>
    <w:r>
      <w:rPr>
        <w:rFonts w:ascii="Times New Roman" w:hAnsi="Times New Roman" w:cs="Times New Roman" w:eastAsia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 w:cs="Times New Roman" w:eastAsia="Times New Roman"/>
        <w:sz w:val="18"/>
      </w:rPr>
      <w:t xml:space="preserve"> из </w:t>
    </w:r>
    <w:r>
      <w:rPr>
        <w:rFonts w:ascii="Times New Roman" w:hAnsi="Times New Roman" w:cs="Times New Roman" w:eastAsia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cs="Times New Roman" w:eastAsia="Times New Roman"/>
        <w:i/>
        <w:sz w:val="18"/>
      </w:rPr>
      <w:t>Согласие обучающегося от 15 лет · Редакция от 24.09.2026, версия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обучающегося от 15 лет</dc:title>
  <dc:subject/>
  <dc:creator>ООО «Регис»</dc:creator>
  <cp:keywords/>
  <dc:description>Версия 1.0, редакция от 24.09.2026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