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2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СОГЛАСИЕ</w:t>
      </w:r>
    </w:p>
    <w:p>
      <w:pPr>
        <w:keepNext/>
        <w:spacing w:before="0" w:after="16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законного представителя на обработку персональных данных несовершеннолетнего обучающегося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Я, ______________________________________________________________ (ФИО полностью),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адрес регистрации: __________________________________________________________________,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паспорт: серия ______ № ____________, выдан _______________________________________ «____» __________ ______ г.,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 w:val="0"/>
          <w:sz w:val="24"/>
        </w:rPr>
        <w:t>являясь законным представителем (родителем / усыновителем / опекуном / попечителем — нужное подчеркнуть) несовершеннолетнего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______________________________________________________________ (ФИО ребёнка),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дата рождения «____» __________ ______ г., обучающегося ______ класса,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адрес места жительства: ____________________________________________________________,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документ, удостоверяющий личность: свидетельство о рождении / паспорт (нужное подчеркнуть) серия ______ № ____________, выдан ____________________________________ «____» __________ ______ г.,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документ, подтверждающий полномочия законного представителя: свидетельство о рождении / акт органа опеки и попечительства (нужное подчеркнуть) № ____________ от «____» __________ ______ г.,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 w:val="0"/>
          <w:sz w:val="24"/>
        </w:rPr>
        <w:t>в соответствии со статьями 9 и 10 Федерального закона от 27.07.2006 № 152-ФЗ «О персональных данных» (далее — 152-ФЗ) свободно, своей волей и в интересах ребёнка даю согласие на обработку его персональных данных на следующих условиях.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1. Оператор персональных данных: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[полное наименование образовательной организации], адрес: [адрес образовательной организации], ИНН [ИНН] (далее — Школа).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2. Лицо, осуществляющее обработку по поручению Оператора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(ч. 3 ст. 6 152-ФЗ): ООО «Региональные информационные системы» (ООО «Регис»), ИНН 2463119857, ОГРН 1202400000043, адрес: 660036, г. Красноярск, Академгородок, 23-158, e-mail: sales@reg-is.ru. Обработка ведётся в веб-кабинете педагога-психолога «Нестика» (nestika.ru) по поручению Школы. Даю согласие на поручение Школой обработки персональных данных указанному лицу на условиях, установленных поручением Школы.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3. Цели обработки: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психолого-педагогическое сопровождение ребёнка в Школе; разбор итогов социально-психологического тестирования (СПТ); проведение психодиагностических методик и социометрии и анализ их результатов; ведение индивидуального плана психолого-педагогического сопровождения (ИППС), направлений, протоколов, планов работы и отчётов педагога-психолога.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4. Перечень персональных данных ребёнка: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фамилия, имя, отчество; дата рождения; пол; класс; код участника СПТ или внутренний код Школы; результаты СПТ (показатели факторов риска и факторов защиты); результаты социометрии; сведения о проведённых мероприятиях; сведения о постановке на профилактический учёт (при наличии); сведения об обращениях педагогов в отношении ребёнка; сведения о консультациях родителей (законных представителей); рекомендации педагога-психолога. Также даю согласие на обработку в тех же целях моих персональных данных как законного представителя: фамилия, имя, отчество; степень родства (статус законного представителя); контактный телефон; адрес электронной почты; сведения о данном согласии и его отзыве; сведения о консультациях с педагогом-психологом.</w:t>
      </w:r>
    </w:p>
    <w:p>
      <w:pPr>
        <w:keepNext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5. Специальная категория персональных данных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(ст. 10 152-ФЗ) — сведения о состоянии здоровья, полученные по результатам психодиагностических методик: уровни тревожности, агрессивности, самооценки психических состояний, депрессивных состояний, суицидального риска, антивитальности и жизнестойкости, виктимного поведения, а также сведения, содержащиеся в ИППС, направлениях и протоколах педагога-психолога, соотнесённые с ребёнком. Без согласия на п. 5 сведения о ребёнке с фамилией, именем, отчеством в кабинет «Нестика» не вносятся; Школа ведёт результаты по коду (режим 1).</w:t>
      </w:r>
    </w:p>
    <w:p>
      <w:pPr>
        <w:keepNext w:val="0"/>
        <w:spacing w:after="100" w:before="4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 xml:space="preserve">☐ </w:t>
      </w:r>
      <w:r>
        <w:rPr>
          <w:rFonts w:ascii="Times New Roman" w:hAnsi="Times New Roman" w:cs="Times New Roman" w:eastAsia="Times New Roman"/>
          <w:b/>
          <w:sz w:val="24"/>
        </w:rPr>
        <w:t>Даю согласие на обработку специальной категории персональных данных ребёнка, указанных в п. 5.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Подпись: ________________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6. Действия с персональными данными и способы обработки: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 Обработка смешанная: автоматизированная (в кабинете «Нестика») и без использования средств автоматизации. Базы данных хранятся на территории Российской Федерации (ч. 5 ст. 18 152-ФЗ). Трансграничная передача не осуществляется. Передача третьим лицам не осуществляется, за исключением лица, указанного в п. 2, и случаев, прямо предусмотренных федеральным законом. Данные в форме, позволяющей определить ребёнка или меня, не используются для обучения моделей и в иных целях, кроме указанных в п. 3; лицо, указанное в п. 2, может использовать сведения только в обезличенной форме, не позволяющей определить ребёнка, для улучшения кабинета «Нестика».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7. Кто имеет доступ к данным: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педагог-психолог Школы — все результаты; классный руководитель — только рекомендации по классу, без результатов конкретных детей; директор Школы — планы и отчёты педагога-психолога; вышестоящие органы — только итоговый обобщённый отчёт без сведений об отдельных детях. Работники ООО «Регис» — только для технической поддержки по обращению Школы или восстановления работоспособности кабинета, с фиксацией каждого обращения к данным.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8. Срок действия согласия: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на период обучения и психолого-педагогического сопровождения ребёнка в Школе либо до отзыва согласия. По истечении срока данные в кабинете «Нестика» удаляются Школой либо автоматически через 4 месяца без входа в кабинет, из резервных копий — не позднее 14 дней после удаления из кабинета; на стороне Школы — в срок по номенклатуре дел Школы.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9. Отзыв согласия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возможен в любое время путём подачи письменного заявления на имя руководителя Школы (лично или почтой по адресу Оператора). После получения отзыва Школа прекращает обработку и обеспечивает уничтожение данных, в том числе в кабинете «Нестика», в срок не более 30 дней с даты получения отзыва (ч. 5 ст. 21 152-ФЗ). Отзыв не влияет на законность обработки до его получения и не лишает ребёнка права на психолого-педагогическую помощь: сопровождение продолжается без внесения персональных данных в кабинет «Нестика».</w:t>
      </w:r>
    </w:p>
    <w:p>
      <w:pPr>
        <w:keepNext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10.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Мне разъяснены права субъекта персональных данных по 152-ФЗ; обращения принимаются по адресу Оператора (п. 1).</w:t>
      </w:r>
    </w:p>
    <w:p>
      <w:pPr>
        <w:keepNext w:val="0"/>
        <w:spacing w:after="120" w:before="12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«____» __________ 20____ г.        Подпись: ________________ / _________________________ (расшифровка)</w:t>
      </w:r>
    </w:p>
    <w:p>
      <w:pPr>
        <w:keepNext/>
        <w:spacing w:before="200" w:after="4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СОГЛАСИЕ на оказание психолого-педагогической помощи</w:t>
      </w:r>
    </w:p>
    <w:p>
      <w:pPr>
        <w:keepNext w:val="0"/>
        <w:spacing w:after="100" w:before="0" w:line="240" w:lineRule="auto"/>
        <w:jc w:val="center"/>
      </w:pPr>
      <w:r>
        <w:rPr>
          <w:rFonts w:ascii="Times New Roman" w:hAnsi="Times New Roman" w:cs="Times New Roman" w:eastAsia="Times New Roman"/>
          <w:b w:val="0"/>
          <w:i/>
          <w:sz w:val="24"/>
        </w:rPr>
        <w:t>(ч. 3 ст. 42 Федерального закона от 29.12.2012 № 273-ФЗ «Об образовании в Российской Федерации»; заполняется, если ранее не оформлялось)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☐ Согласие ранее оформлено, дата: «____» __________ 20____ г. — заполнение блока не требуется.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Я, ______________________________________________________________ (ФИО законного представителя),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законный представитель несовершеннолетнего ______________________________________________________________ (ФИО ребёнка), обучающегося ______ класса,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 w:val="0"/>
          <w:sz w:val="24"/>
        </w:rPr>
        <w:t>даю согласие на оказание моему ребёнку психолого-педагогической помощи педагогом-психологом [наименование образовательной организации], включая: психологическую диагностику (в том числе методики, перечисленные в п. 5 согласия на обработку персональных данных), социометрию, консультирование, коррекционно-развивающие занятия, ведение индивидуального плана сопровождения (ИППС), в том числе с использованием информационных систем, привлекаемых Школой по поручению, в обезличенном виде (по коду). Мне разъяснено, что помощь оказывается в интересах ребёнка, а результаты диагностики являются конфиденциальными.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 w:val="0"/>
          <w:sz w:val="24"/>
        </w:rPr>
        <w:t>Согласие на участие ребёнка в социально-психологическом тестировании оформляется отдельно в порядке, установленном приказом Минпросвещения России от 20.02.2020 № 59: до 15 лет — законным представителем, с 15 лет — самим обучающимся.</w:t>
      </w:r>
    </w:p>
    <w:p>
      <w:pPr>
        <w:keepNext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 w:val="0"/>
          <w:sz w:val="24"/>
        </w:rPr>
        <w:t>Согласие действует на период обучения ребёнка в Школе и может быть отозвано письменным заявлением на имя руководителя Школы.</w:t>
      </w:r>
    </w:p>
    <w:p>
      <w:pPr>
        <w:keepNext w:val="0"/>
        <w:spacing w:after="120" w:before="12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«____» __________ 20____ г.        Подпись: ________________ / _________________________ (расшифровка)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567" w:left="102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cs="Times New Roman" w:eastAsia="Times New Roman"/>
        <w:sz w:val="18"/>
      </w:rPr>
      <w:t xml:space="preserve">Лист </w:t>
    </w:r>
    <w:r>
      <w:rPr>
        <w:rFonts w:ascii="Times New Roman" w:hAnsi="Times New Roman" w:cs="Times New Roman" w:eastAsia="Times New Roman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 w:cs="Times New Roman" w:eastAsia="Times New Roman"/>
        <w:sz w:val="18"/>
      </w:rPr>
      <w:t xml:space="preserve"> из </w:t>
    </w:r>
    <w:r>
      <w:rPr>
        <w:rFonts w:ascii="Times New Roman" w:hAnsi="Times New Roman" w:cs="Times New Roman" w:eastAsia="Times New Roman"/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cs="Times New Roman" w:eastAsia="Times New Roman"/>
        <w:i/>
        <w:sz w:val="18"/>
      </w:rPr>
      <w:t>Согласие законного представителя · Редакция от 24.09.2026, версия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законного представителя</dc:title>
  <dc:subject/>
  <dc:creator>ООО «Регис»</dc:creator>
  <cp:keywords/>
  <dc:description>Версия 1.0, редакция от 24.09.2026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